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IPS promo: your 45-second script, as read in the livelier version</w:t>
      </w:r>
    </w:p>
    <w:p>
      <w:r>
        <w:rPr>
          <w:i/>
        </w:rPr>
        <w:t>Your words exactly. The only changes are punctuation, to make the voice read with more energy: a few full stops became exclamation marks and a comma was added. Each change is highlighted.</w:t>
      </w:r>
    </w:p>
    <w:p>
      <w:r>
        <w:t>Immerse</w:t>
      </w:r>
      <w:r>
        <w:t xml:space="preserve"> yourself</w:t>
      </w:r>
      <w:r>
        <w:t xml:space="preserve"> in</w:t>
      </w:r>
      <w:r>
        <w:t xml:space="preserve"> the</w:t>
      </w:r>
      <w:r>
        <w:t xml:space="preserve"> extraordinary</w:t>
      </w:r>
      <w:r>
        <w:t xml:space="preserve"> realm</w:t>
      </w:r>
      <w:r>
        <w:t xml:space="preserve"> of</w:t>
      </w:r>
      <w:r>
        <w:t xml:space="preserve"> palms</w:t>
      </w:r>
      <w:r>
        <w:rPr>
          <w:highlight w:val="yellow"/>
        </w:rPr>
        <w:t>!</w:t>
      </w:r>
      <w:r>
        <w:t xml:space="preserve"> From</w:t>
      </w:r>
      <w:r>
        <w:t xml:space="preserve"> the</w:t>
      </w:r>
      <w:r>
        <w:t xml:space="preserve"> steamy</w:t>
      </w:r>
      <w:r>
        <w:t xml:space="preserve"> heart</w:t>
      </w:r>
      <w:r>
        <w:t xml:space="preserve"> of</w:t>
      </w:r>
      <w:r>
        <w:t xml:space="preserve"> the</w:t>
      </w:r>
      <w:r>
        <w:t xml:space="preserve"> jungle</w:t>
      </w:r>
      <w:r>
        <w:rPr>
          <w:highlight w:val="yellow"/>
        </w:rPr>
        <w:t>,</w:t>
      </w:r>
      <w:r>
        <w:t xml:space="preserve"> to</w:t>
      </w:r>
      <w:r>
        <w:t xml:space="preserve"> the</w:t>
      </w:r>
      <w:r>
        <w:t xml:space="preserve"> tranquil</w:t>
      </w:r>
      <w:r>
        <w:t xml:space="preserve"> embrace</w:t>
      </w:r>
      <w:r>
        <w:t xml:space="preserve"> of</w:t>
      </w:r>
      <w:r>
        <w:t xml:space="preserve"> desert</w:t>
      </w:r>
      <w:r>
        <w:t xml:space="preserve"> springs</w:t>
      </w:r>
      <w:r>
        <w:t>,</w:t>
      </w:r>
      <w:r>
        <w:t xml:space="preserve"> these</w:t>
      </w:r>
      <w:r>
        <w:t xml:space="preserve"> majestic</w:t>
      </w:r>
      <w:r>
        <w:t xml:space="preserve"> plants</w:t>
      </w:r>
      <w:r>
        <w:t xml:space="preserve"> paint</w:t>
      </w:r>
      <w:r>
        <w:t xml:space="preserve"> the</w:t>
      </w:r>
      <w:r>
        <w:t xml:space="preserve"> canvas</w:t>
      </w:r>
      <w:r>
        <w:t xml:space="preserve"> of</w:t>
      </w:r>
      <w:r>
        <w:t xml:space="preserve"> our</w:t>
      </w:r>
      <w:r>
        <w:t xml:space="preserve"> planet</w:t>
      </w:r>
      <w:r>
        <w:t>.</w:t>
      </w:r>
    </w:p>
    <w:p>
      <w:r>
        <w:t>For</w:t>
      </w:r>
      <w:r>
        <w:t xml:space="preserve"> nearly</w:t>
      </w:r>
      <w:r>
        <w:t xml:space="preserve"> seven</w:t>
      </w:r>
      <w:r>
        <w:t xml:space="preserve"> decades</w:t>
      </w:r>
      <w:r>
        <w:t>,</w:t>
      </w:r>
      <w:r>
        <w:t xml:space="preserve"> the</w:t>
      </w:r>
      <w:r>
        <w:t xml:space="preserve"> International</w:t>
      </w:r>
      <w:r>
        <w:t xml:space="preserve"> Palm</w:t>
      </w:r>
      <w:r>
        <w:t xml:space="preserve"> Society</w:t>
      </w:r>
      <w:r>
        <w:t xml:space="preserve"> has</w:t>
      </w:r>
      <w:r>
        <w:t xml:space="preserve"> been</w:t>
      </w:r>
      <w:r>
        <w:t xml:space="preserve"> the</w:t>
      </w:r>
      <w:r>
        <w:t xml:space="preserve"> global</w:t>
      </w:r>
      <w:r>
        <w:t xml:space="preserve"> heart</w:t>
      </w:r>
      <w:r>
        <w:t xml:space="preserve"> for</w:t>
      </w:r>
      <w:r>
        <w:t xml:space="preserve"> all</w:t>
      </w:r>
      <w:r>
        <w:t xml:space="preserve"> things</w:t>
      </w:r>
      <w:r>
        <w:t xml:space="preserve"> palm</w:t>
      </w:r>
      <w:r>
        <w:t>.</w:t>
      </w:r>
      <w:r>
        <w:t xml:space="preserve"> Founded</w:t>
      </w:r>
      <w:r>
        <w:t xml:space="preserve"> in</w:t>
      </w:r>
      <w:r>
        <w:t xml:space="preserve"> 1956</w:t>
      </w:r>
      <w:r>
        <w:t xml:space="preserve"> by</w:t>
      </w:r>
      <w:r>
        <w:t xml:space="preserve"> passionate</w:t>
      </w:r>
      <w:r>
        <w:t xml:space="preserve"> enthusiasts</w:t>
      </w:r>
      <w:r>
        <w:t>,</w:t>
      </w:r>
      <w:r>
        <w:t xml:space="preserve"> the</w:t>
      </w:r>
      <w:r>
        <w:t xml:space="preserve"> IPS</w:t>
      </w:r>
      <w:r>
        <w:t xml:space="preserve"> is</w:t>
      </w:r>
      <w:r>
        <w:t xml:space="preserve"> dedicated</w:t>
      </w:r>
      <w:r>
        <w:t xml:space="preserve"> to</w:t>
      </w:r>
      <w:r>
        <w:t xml:space="preserve"> unraveling</w:t>
      </w:r>
      <w:r>
        <w:t xml:space="preserve"> their</w:t>
      </w:r>
      <w:r>
        <w:t xml:space="preserve"> secrets</w:t>
      </w:r>
      <w:r>
        <w:t>,</w:t>
      </w:r>
      <w:r>
        <w:t xml:space="preserve"> championing</w:t>
      </w:r>
      <w:r>
        <w:t xml:space="preserve"> their</w:t>
      </w:r>
      <w:r>
        <w:t xml:space="preserve"> survival</w:t>
      </w:r>
      <w:r>
        <w:t>,</w:t>
      </w:r>
      <w:r>
        <w:t xml:space="preserve"> and</w:t>
      </w:r>
      <w:r>
        <w:t xml:space="preserve"> sharing</w:t>
      </w:r>
      <w:r>
        <w:t xml:space="preserve"> their</w:t>
      </w:r>
      <w:r>
        <w:t xml:space="preserve"> beauty</w:t>
      </w:r>
      <w:r>
        <w:t xml:space="preserve"> with</w:t>
      </w:r>
      <w:r>
        <w:t xml:space="preserve"> the</w:t>
      </w:r>
      <w:r>
        <w:t xml:space="preserve"> world</w:t>
      </w:r>
      <w:r>
        <w:rPr>
          <w:highlight w:val="yellow"/>
        </w:rPr>
        <w:t>!</w:t>
      </w:r>
    </w:p>
    <w:p>
      <w:r>
        <w:t>Through</w:t>
      </w:r>
      <w:r>
        <w:t xml:space="preserve"> our</w:t>
      </w:r>
      <w:r>
        <w:t xml:space="preserve"> internationally</w:t>
      </w:r>
      <w:r>
        <w:t xml:space="preserve"> acclaimed</w:t>
      </w:r>
      <w:r>
        <w:t xml:space="preserve"> journal</w:t>
      </w:r>
      <w:r>
        <w:t>,</w:t>
      </w:r>
      <w:r>
        <w:t xml:space="preserve"> Palms</w:t>
      </w:r>
      <w:r>
        <w:t>,</w:t>
      </w:r>
      <w:r>
        <w:t xml:space="preserve"> insightful</w:t>
      </w:r>
      <w:r>
        <w:t xml:space="preserve"> publications</w:t>
      </w:r>
      <w:r>
        <w:t>,</w:t>
      </w:r>
      <w:r>
        <w:t xml:space="preserve"> and</w:t>
      </w:r>
      <w:r>
        <w:t xml:space="preserve"> vital</w:t>
      </w:r>
      <w:r>
        <w:t xml:space="preserve"> research</w:t>
      </w:r>
      <w:r>
        <w:t xml:space="preserve"> grants</w:t>
      </w:r>
      <w:r>
        <w:t>,</w:t>
      </w:r>
      <w:r>
        <w:t xml:space="preserve"> the</w:t>
      </w:r>
      <w:r>
        <w:t xml:space="preserve"> IPS</w:t>
      </w:r>
      <w:r>
        <w:t xml:space="preserve"> stands</w:t>
      </w:r>
      <w:r>
        <w:t xml:space="preserve"> at</w:t>
      </w:r>
      <w:r>
        <w:t xml:space="preserve"> the</w:t>
      </w:r>
      <w:r>
        <w:t xml:space="preserve"> forefront</w:t>
      </w:r>
      <w:r>
        <w:t xml:space="preserve"> of</w:t>
      </w:r>
      <w:r>
        <w:t xml:space="preserve"> palm</w:t>
      </w:r>
      <w:r>
        <w:t xml:space="preserve"> science</w:t>
      </w:r>
      <w:r>
        <w:t xml:space="preserve"> and</w:t>
      </w:r>
      <w:r>
        <w:t xml:space="preserve"> horticulture</w:t>
      </w:r>
      <w:r>
        <w:rPr>
          <w:highlight w:val="yellow"/>
        </w:rPr>
        <w:t>!</w:t>
      </w:r>
      <w:r>
        <w:t xml:space="preserve"> We</w:t>
      </w:r>
      <w:r>
        <w:t xml:space="preserve"> foster</w:t>
      </w:r>
      <w:r>
        <w:t xml:space="preserve"> discovery</w:t>
      </w:r>
      <w:r>
        <w:t xml:space="preserve"> and</w:t>
      </w:r>
      <w:r>
        <w:t xml:space="preserve"> deepen</w:t>
      </w:r>
      <w:r>
        <w:t xml:space="preserve"> our</w:t>
      </w:r>
      <w:r>
        <w:t xml:space="preserve"> understanding</w:t>
      </w:r>
      <w:r>
        <w:t xml:space="preserve"> of</w:t>
      </w:r>
      <w:r>
        <w:t xml:space="preserve"> these</w:t>
      </w:r>
      <w:r>
        <w:t xml:space="preserve"> essential</w:t>
      </w:r>
      <w:r>
        <w:t xml:space="preserve"> plants</w:t>
      </w:r>
      <w:r>
        <w:t>.</w:t>
      </w:r>
    </w:p>
    <w:p>
      <w:r>
        <w:t>But</w:t>
      </w:r>
      <w:r>
        <w:t xml:space="preserve"> our</w:t>
      </w:r>
      <w:r>
        <w:t xml:space="preserve"> commitment</w:t>
      </w:r>
      <w:r>
        <w:t xml:space="preserve"> extends</w:t>
      </w:r>
      <w:r>
        <w:t xml:space="preserve"> far</w:t>
      </w:r>
      <w:r>
        <w:t xml:space="preserve"> beyond</w:t>
      </w:r>
      <w:r>
        <w:t xml:space="preserve"> study</w:t>
      </w:r>
      <w:r>
        <w:t>.</w:t>
      </w:r>
      <w:r>
        <w:t xml:space="preserve"> The</w:t>
      </w:r>
      <w:r>
        <w:t xml:space="preserve"> IPS</w:t>
      </w:r>
      <w:r>
        <w:t xml:space="preserve"> is</w:t>
      </w:r>
      <w:r>
        <w:t xml:space="preserve"> a</w:t>
      </w:r>
      <w:r>
        <w:t xml:space="preserve"> powerful</w:t>
      </w:r>
      <w:r>
        <w:t xml:space="preserve"> force</w:t>
      </w:r>
      <w:r>
        <w:t xml:space="preserve"> for</w:t>
      </w:r>
      <w:r>
        <w:t xml:space="preserve"> conservation</w:t>
      </w:r>
      <w:r>
        <w:t>,</w:t>
      </w:r>
      <w:r>
        <w:t xml:space="preserve"> identifying</w:t>
      </w:r>
      <w:r>
        <w:t xml:space="preserve"> threatened</w:t>
      </w:r>
      <w:r>
        <w:t xml:space="preserve"> species</w:t>
      </w:r>
      <w:r>
        <w:t xml:space="preserve"> and</w:t>
      </w:r>
      <w:r>
        <w:t xml:space="preserve"> spearheading</w:t>
      </w:r>
      <w:r>
        <w:t xml:space="preserve"> crucial</w:t>
      </w:r>
      <w:r>
        <w:t xml:space="preserve"> projects</w:t>
      </w:r>
      <w:r>
        <w:t xml:space="preserve"> to</w:t>
      </w:r>
      <w:r>
        <w:t xml:space="preserve"> protect</w:t>
      </w:r>
      <w:r>
        <w:t xml:space="preserve"> these</w:t>
      </w:r>
      <w:r>
        <w:t xml:space="preserve"> invaluable</w:t>
      </w:r>
      <w:r>
        <w:t xml:space="preserve"> plants</w:t>
      </w:r>
      <w:r>
        <w:t xml:space="preserve"> and</w:t>
      </w:r>
      <w:r>
        <w:t xml:space="preserve"> their</w:t>
      </w:r>
      <w:r>
        <w:t xml:space="preserve"> fragile</w:t>
      </w:r>
      <w:r>
        <w:t xml:space="preserve"> habitats</w:t>
      </w:r>
      <w:r>
        <w:t xml:space="preserve"> for</w:t>
      </w:r>
      <w:r>
        <w:t xml:space="preserve"> generations</w:t>
      </w:r>
      <w:r>
        <w:t xml:space="preserve"> to</w:t>
      </w:r>
      <w:r>
        <w:t xml:space="preserve"> come</w:t>
      </w:r>
      <w:r>
        <w:rPr>
          <w:highlight w:val="yellow"/>
        </w:rPr>
        <w:t>!</w:t>
      </w:r>
    </w:p>
    <w:p>
      <w:r>
        <w:t>Connect</w:t>
      </w:r>
      <w:r>
        <w:t xml:space="preserve"> with</w:t>
      </w:r>
      <w:r>
        <w:t xml:space="preserve"> a</w:t>
      </w:r>
      <w:r>
        <w:t xml:space="preserve"> vibrant</w:t>
      </w:r>
      <w:r>
        <w:t xml:space="preserve"> global</w:t>
      </w:r>
      <w:r>
        <w:t xml:space="preserve"> community</w:t>
      </w:r>
      <w:r>
        <w:t xml:space="preserve"> that</w:t>
      </w:r>
      <w:r>
        <w:t xml:space="preserve"> shares</w:t>
      </w:r>
      <w:r>
        <w:t xml:space="preserve"> your</w:t>
      </w:r>
      <w:r>
        <w:t xml:space="preserve"> passion</w:t>
      </w:r>
      <w:r>
        <w:t>!</w:t>
      </w:r>
      <w:r>
        <w:t xml:space="preserve"> Our</w:t>
      </w:r>
      <w:r>
        <w:t xml:space="preserve"> biennial</w:t>
      </w:r>
      <w:r>
        <w:t xml:space="preserve"> meetings</w:t>
      </w:r>
      <w:r>
        <w:t xml:space="preserve"> offer</w:t>
      </w:r>
      <w:r>
        <w:t xml:space="preserve"> unforgettable</w:t>
      </w:r>
      <w:r>
        <w:t xml:space="preserve"> experiences</w:t>
      </w:r>
      <w:r>
        <w:t xml:space="preserve"> in</w:t>
      </w:r>
      <w:r>
        <w:t xml:space="preserve"> breathtaking</w:t>
      </w:r>
      <w:r>
        <w:t xml:space="preserve"> palm-rich</w:t>
      </w:r>
      <w:r>
        <w:t xml:space="preserve"> locales</w:t>
      </w:r>
      <w:r>
        <w:t>,</w:t>
      </w:r>
      <w:r>
        <w:t xml:space="preserve"> while</w:t>
      </w:r>
      <w:r>
        <w:t xml:space="preserve"> our</w:t>
      </w:r>
      <w:r>
        <w:t xml:space="preserve"> dynamic</w:t>
      </w:r>
      <w:r>
        <w:t xml:space="preserve"> online</w:t>
      </w:r>
      <w:r>
        <w:t xml:space="preserve"> forum</w:t>
      </w:r>
      <w:r>
        <w:t>,</w:t>
      </w:r>
      <w:r>
        <w:t xml:space="preserve"> PalmTalk</w:t>
      </w:r>
      <w:r>
        <w:t>,</w:t>
      </w:r>
      <w:r>
        <w:t xml:space="preserve"> provides</w:t>
      </w:r>
      <w:r>
        <w:t xml:space="preserve"> a</w:t>
      </w:r>
      <w:r>
        <w:t xml:space="preserve"> space</w:t>
      </w:r>
      <w:r>
        <w:t xml:space="preserve"> for</w:t>
      </w:r>
      <w:r>
        <w:t xml:space="preserve"> continuous</w:t>
      </w:r>
      <w:r>
        <w:t xml:space="preserve"> learning</w:t>
      </w:r>
      <w:r>
        <w:t xml:space="preserve"> and</w:t>
      </w:r>
      <w:r>
        <w:t xml:space="preserve"> connection</w:t>
      </w:r>
      <w:r>
        <w:t>.</w:t>
      </w:r>
    </w:p>
    <w:p>
      <w:r>
        <w:t>Join</w:t>
      </w:r>
      <w:r>
        <w:t xml:space="preserve"> us</w:t>
      </w:r>
      <w:r>
        <w:t xml:space="preserve"> in</w:t>
      </w:r>
      <w:r>
        <w:t xml:space="preserve"> celebrating</w:t>
      </w:r>
      <w:r>
        <w:t xml:space="preserve"> the</w:t>
      </w:r>
      <w:r>
        <w:t xml:space="preserve"> significance</w:t>
      </w:r>
      <w:r>
        <w:t xml:space="preserve"> of</w:t>
      </w:r>
      <w:r>
        <w:t xml:space="preserve"> these</w:t>
      </w:r>
      <w:r>
        <w:t xml:space="preserve"> remarkable</w:t>
      </w:r>
      <w:r>
        <w:t xml:space="preserve"> plants</w:t>
      </w:r>
      <w:r>
        <w:t>!</w:t>
      </w:r>
      <w:r>
        <w:t xml:space="preserve"> We</w:t>
      </w:r>
      <w:r>
        <w:t xml:space="preserve"> proudly</w:t>
      </w:r>
      <w:r>
        <w:t xml:space="preserve"> established</w:t>
      </w:r>
      <w:r>
        <w:t xml:space="preserve"> International</w:t>
      </w:r>
      <w:r>
        <w:t xml:space="preserve"> Palm</w:t>
      </w:r>
      <w:r>
        <w:t xml:space="preserve"> Day</w:t>
      </w:r>
      <w:r>
        <w:t xml:space="preserve"> on</w:t>
      </w:r>
      <w:r>
        <w:t xml:space="preserve"> April</w:t>
      </w:r>
      <w:r>
        <w:t xml:space="preserve"> 17th</w:t>
      </w:r>
      <w:r>
        <w:t>,</w:t>
      </w:r>
      <w:r>
        <w:t xml:space="preserve"> honoring</w:t>
      </w:r>
      <w:r>
        <w:t xml:space="preserve"> the</w:t>
      </w:r>
      <w:r>
        <w:t xml:space="preserve"> birthday</w:t>
      </w:r>
      <w:r>
        <w:t xml:space="preserve"> of</w:t>
      </w:r>
      <w:r>
        <w:t xml:space="preserve"> Carl</w:t>
      </w:r>
      <w:r>
        <w:t xml:space="preserve"> von</w:t>
      </w:r>
      <w:r>
        <w:t xml:space="preserve"> Martius</w:t>
      </w:r>
      <w:r>
        <w:t>,</w:t>
      </w:r>
      <w:r>
        <w:t xml:space="preserve"> the</w:t>
      </w:r>
      <w:r>
        <w:t xml:space="preserve"> "</w:t>
      </w:r>
      <w:r>
        <w:t>Father</w:t>
      </w:r>
      <w:r>
        <w:t xml:space="preserve"> of</w:t>
      </w:r>
      <w:r>
        <w:t xml:space="preserve"> Palms</w:t>
      </w:r>
      <w:r>
        <w:t>,</w:t>
      </w:r>
      <w:r>
        <w:t>"</w:t>
      </w:r>
      <w:r>
        <w:t xml:space="preserve"> and</w:t>
      </w:r>
      <w:r>
        <w:t xml:space="preserve"> raising</w:t>
      </w:r>
      <w:r>
        <w:t xml:space="preserve"> global</w:t>
      </w:r>
      <w:r>
        <w:t xml:space="preserve"> awareness</w:t>
      </w:r>
      <w:r>
        <w:t xml:space="preserve"> for</w:t>
      </w:r>
      <w:r>
        <w:t xml:space="preserve"> their</w:t>
      </w:r>
      <w:r>
        <w:t xml:space="preserve"> importance</w:t>
      </w:r>
      <w:r>
        <w:t xml:space="preserve"> and</w:t>
      </w:r>
      <w:r>
        <w:t xml:space="preserve"> the</w:t>
      </w:r>
      <w:r>
        <w:t xml:space="preserve"> threats</w:t>
      </w:r>
      <w:r>
        <w:t xml:space="preserve"> they</w:t>
      </w:r>
      <w:r>
        <w:t xml:space="preserve"> face</w:t>
      </w:r>
      <w:r>
        <w:t>.</w:t>
      </w:r>
    </w:p>
    <w:p>
      <w:r>
        <w:t>Discover</w:t>
      </w:r>
      <w:r>
        <w:t xml:space="preserve"> more</w:t>
      </w:r>
      <w:r>
        <w:t xml:space="preserve"> and</w:t>
      </w:r>
      <w:r>
        <w:t xml:space="preserve"> become</w:t>
      </w:r>
      <w:r>
        <w:t xml:space="preserve"> a</w:t>
      </w:r>
      <w:r>
        <w:t xml:space="preserve"> member</w:t>
      </w:r>
      <w:r>
        <w:t xml:space="preserve"> at</w:t>
      </w:r>
      <w:r>
        <w:t xml:space="preserve"> palms.org</w:t>
      </w:r>
      <w:r>
        <w:rPr>
          <w:highlight w:val="yellow"/>
        </w:rPr>
        <w:t>!</w:t>
      </w:r>
    </w:p>
    <w:p>
      <w:r>
        <w:t>The</w:t>
      </w:r>
      <w:r>
        <w:t xml:space="preserve"> world</w:t>
      </w:r>
      <w:r>
        <w:t xml:space="preserve"> of</w:t>
      </w:r>
      <w:r>
        <w:t xml:space="preserve"> palms</w:t>
      </w:r>
      <w:r>
        <w:t xml:space="preserve"> awaits</w:t>
      </w:r>
      <w:r>
        <w:rPr>
          <w:highlight w:val="yellow"/>
        </w:rPr>
        <w:t>!</w:t>
      </w:r>
      <w:r>
        <w:t xml:space="preserve"> Discover</w:t>
      </w:r>
      <w:r>
        <w:t xml:space="preserve"> it</w:t>
      </w:r>
      <w:r>
        <w:t xml:space="preserve"> with</w:t>
      </w:r>
      <w:r>
        <w:t xml:space="preserve"> the</w:t>
      </w:r>
      <w:r>
        <w:t xml:space="preserve"> International</w:t>
      </w:r>
      <w:r>
        <w:t xml:space="preserve"> Palm</w:t>
      </w:r>
      <w:r>
        <w:t xml:space="preserve"> Society</w:t>
      </w:r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